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מורשת חיה – מה עובר מדור לדור ואיך היא חיה בתוכנו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מה קיבלנו בירושה? – מהי מורשת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השורש י־ר־ש ואת המילים הנגזרות ממנו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ההבדל בין ירושה למורשת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לתת דוגמאות למורשת משפחתית, לאומית ואנושית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י־ר־ש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ירושה היא לרוב חפץ, ומורשת כוללת גם שפה ומנהגים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כשעושים אותה ומעבירים אותה הלאה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מתכון לעוגיות שומשום של סבתא־רבתא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הכתב והמספרים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מורשת כוללת גם שפה, מנהגים וערכים, לא רק חפצים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אנחנו מקבלים מורשת מהדורות הקודמים ומעבירים אותה הלאה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עברית, שבת וחגים הם מורשת של עם ישראל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מתכון הוא דוגמה טובה למורשת משפחתית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רבים של יורשת בלשון נקבה הוא יורשות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מורישים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הוריש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יורשות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התאמה: סוג המורשת והדוגמה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(מתכון של סבתא)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(השבת והחגים)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(הכתב והמספרים)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(חפץ שעובר מאדם לאדם)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(דבר שממשיכים לעשות ולהעביר הלאה)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כל תשובה אישית המתארת דבר שעובר במשפחה, למשל מתכון, כינוי או מסורת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 הכוללת נימוק - למשל ערך, מנהג או סיפור חשוב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חשיבה מעמיקה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יסביר שמורשת חיה כשממשיכים לעשות אותה בפועל - לבשל מתכון, לחגוג חג, לדבר שפה - ולא רק לזכור אותה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השורש י־ר־ש, ודוגמאות כמו יורש, ירושה, להוריש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ירושה היא בעיקר חפץ, מורשת כוללת גם שפה, מנהגים וערכים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דוגמה אישית הגיונית מהמשפחה - מתכון, מנהג, מילה או כינוי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במשחק קצר: כל תלמיד משתף בחצי דקה דבר שקיבל מאדם חשוב 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שמורשת היא לא רק חפצים - גם מילים, מנהגים וסיפורים נחשבים מורשת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כדאי לעודד תלמידים לשתף בכיתה את מה שכתבו, כדי לחזק את החיבור האישי לנושא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מורשת חיה – מה עובר מדור לדור ואיך היא חיה בתוכנו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מה קיבלנו בירושה? – מהי מורשת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מורשת היא כל מה שעובר מדור לדור - לא רק חפצים אלא גם מנהגים, שפה וסיפורים. בדף הזה נתרגל את המילים הקשורות למורשת ואת המשמעות שלה.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מהו השורש של המילה "מורשת"?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מ־ר־ש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י־ר־ש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ו־ר־ש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מ־ו־ר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ההבדל העיקרי בין ירושה למורשת?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אין הבדל, זו אותה מילה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ירושה היא רק כסף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ירושה היא לרוב חפץ, ומורשת כוללת גם שפה ומנהגים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מורשת היא רק לעם, ירושה למשפחה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מתי מורשת נחשבת ל"חיה"?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כשהיא נמצאת במוזיאון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כשעושים אותה ומעבירים אותה הלאה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כשהיא כתובה בספר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כשהיא שייכת לעם אחד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ליה מצאה במגירה בסיפור?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תמונה ישנה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מתכון לעוגיות שומשום של סבתא־רבתא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מכתב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שעון ישן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מהי דוגמה למורשת של האנושות כולה?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מתכון משפחתי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כינוי משפחתי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הכתב והמספרים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ברכה לפני נסיעה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מורשת היא רק חפץ שעובר מאדם לאדם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אנחנו יכולים להיות גם יורשים וגם מורישים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השפה העברית היא דוגמה למורשת של עם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מתכון משפחתי לא יכול להיחשב מורשת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רבים של המילה "יורשת" הוא "יורשים"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אנחנו גם יורשים וגם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המילה מורשת והמילה ירושה שייכות לאותו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מי שמקבל ירושה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לתת למישהו דבר שיישאר אחריך נקרא ל__________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רבים של המילה יורשת הוא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התאמה: סוג המורשת והדוגמה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מורשת משפחתית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השבת והחגים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מורשת של עם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הכתב והמספרים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מורשת של האנושות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דבר שממשיכים לעשות ולהעביר הלאה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ירושה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מתכון של סבתא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מורשת חיה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חפץ שעובר מאדם לאדם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תנו דוגמה אחת למורשת משפחתית שלכם - חפץ, מילה, מנהג או סיפור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הייתם רוצים להוריש לדור הבא? נמקו בקצרה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חשיבה מעמיקה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למה מורשת צריכה להיות "חיה" ולא רק זיכרון מהעבר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השורש של המילה מורשת ואילו מילים נוספות יש בשורש הזה?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ירושה למורשת?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למורשת שאתם מכירים מהמשפחה שלכם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מה קיבלנו בירושה? – מהי מורשת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