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למורשת משפחתית,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ירושה היא לרוב חפץ, ומורשת כוללת גם שפה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כשעושים אותה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מתכון לעוגיות שומשום של סבתא־רבתא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הכתב והמספרים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שפה, מנהגים וערכים,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אנחנו מקבלים מורשת מהדורות הקודמים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עברית, שבת וחגים הם מורשת של עם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מתכון הוא דוגמה טובה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רבים של יורשת בלשון נקבה הוא יורשות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סוג המורשת והדוגמה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(השבת והחגים)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(הכתב והמספרים)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(חפץ שעובר מאדם לאדם)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(דבר שממשיכים לעשות ולהעביר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המתארת דבר שעובר במשפחה, למשל מתכון, כינוי או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נימוק - למשל ערך, מנהג או סיפור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שמורשת חיה כשממשיכים לעשות אותה בפועל - לבשל מתכון, לחגוג חג, לדבר שפה - ולא רק לזכור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י־ר־ש, ודוגמאות כמו יורש, ירושה, להוריש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חפץ, מורשת כוללת גם שפה, מנהגים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מהמשפחה - מתכון, מנהג, מילה או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קצר: כל תלמיד משתף בחצי דקה דבר שקיבל מאדם חשוב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שמורשת היא לא רק חפצים - גם מילים, מנהגים וסיפורים נחשבים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בכיתה את מה שכתבו, כדי לחזק את החיבור האישי לנושא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זה דברים שעוברים מסבא וסבתא להורים ומההורים לילדים. נלמד מילים חדשות על 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- מנהגים, שפה, 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רכוש שעובר מאדם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של מילה, כאן י־ר־ש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 / יורשת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אחר דבר שיישאר אחריך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למשל הורים או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שוב ושוב במשפחה או בעם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האנושות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בני האדם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מ־ו־ר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ירושה היא לרוב חפץ, ומורשת כוללת גם שפה ומנהגים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היא רק לעם, ירושה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אומרים שמורשת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נמצאת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כשעושים אותה ומעבירים אותה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כשהיא כתובה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שייכת לעם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ליה מצאה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לעוגיות שומשום של סבתא־רבתא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שייך לכל בני האדם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הכתב והמספרים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 לפני 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חפץ שעובר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 יכולים להיות גם יורשים וגם מורישים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היא דוגמה למורשת של 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משפחתי לא יכול להיחשב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של המילה "יורשת" הוא "יורשים"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גם יורשים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מורשת והמילה ירושה שייכות לאותו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לתת למישהו דבר שיישאר אחריך נקרא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רבים של המילה יורשת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סוג המורשת והדוגמה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הכתב והמספרים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של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שממשיכים לעשות ולהעביר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 של האנושות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השבת והחגים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מורשת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שעובר מאדם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משפחתית שלכם - חפץ, מילה, מנהג או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רוצים להוריש לדור הבא?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מורשת צריכה להיות "חיה" ולא רק זיכרון מהעבר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מורשת ואילו מילים נוספות יש בשורש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שאתם מכירים מהמשפחה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