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למורשת משפחתית,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ירושה היא לרוב חפץ, ומורשת כוללת גם שפה ומנהגים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שפה, מנהגים וערכים,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אנחנו מקבלים מורשת מהדורות הקודמים ומעבירים אותה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סוג המורשת והדוגמה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(השבת והחגים)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(הכתב והמספרים)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(חפץ שעובר מאדם לאדם)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המתארת דבר שעובר במשפחה, למשל מתכון, כינוי או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י־ר־ש, ודוגמאות כמו יורש, ירושה, להוריש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חפץ, מורשת כוללת גם שפה, מנהגים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מהמשפחה - מתכון, מנהג, מילה או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קצר: כל תלמיד משתף בחצי דקה דבר שקיבל מאדם חשוב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שמורשת היא לא רק חפצים - גם מילים, מנהגים וסיפורים נחשבים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בכיתה את מה שכתבו, כדי לחזק את החיבור האישי לנושא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היא כל מה שעובר מדור לדור - לא רק חפצים אלא גם מנהגים, שפה וסיפורים. בדף הזה נתרגל את המילים הקשורות למורשת ואת המשמעות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יורש  ·  מורישים  ·  שורש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"מורשת"?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העיקרי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ירושה היא לרוב חפץ, ומורשת כוללת גם שפה ומנהגים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היא רק חפץ שעובר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אנחנו יכולים להיות גם יורשים וגם מורישים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גם יורשים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מורשת והמילה ירושה שייכות לאותו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שמקבל ירושה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סוג המורשת והדוגמה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שעובר מאדם לאדם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מורשת של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הכתב והמספרים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מורשת של האנושות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השבת והחגים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למורשת משפחתית שלכם - חפץ, מילה, מנהג או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מורשת ואילו מילים נוספות יש בשורש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